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מהמיתולוגיה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ביטויים עבריים שמקורם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הסיפור המקורי למשמעות הביטוי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בביטויים אלה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מנרקיס שהתאהב בבבואתו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נקודת התורפה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עבודה קשה שלא נגמרת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המוזות הן תשע אלות האמנות וההשראה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אודיסיאה היא מסע ארוך ומלא 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מקורו בסוס העץ מהמיתולוגיה היוונית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סוס טרויאני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כאוס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ביטוי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(נקודת התורפה)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(שרשרת בעיות שקשה לעצור)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(עבודה קשה ללא 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(ציפיות גבוהות משפרות הישגים)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עקב אכילס - מהגיבור אכילס שרק העקב שלו היה פגיע, ולכן זו נקודת החולשה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יציג/תציג ביטוי אמיתי, יסביר את המקור המיתולוגי ואת הקשר להקשר שבו נמצא הביטוי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נקודת התורפה או החולשה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מהמוזות, אלות ההשראה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מתוך רשימת הביטויים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אילו ביטויים התלמידים כבר מכירים משימוש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את התלמידים לחפש דוגמאות אמיתיות מהתקשורת למטלת הסיום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והדיון הפתוח כדי לעודד שיח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מהמיתולוגיה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הרבה מילים וביטויים שאנחנו משתמשים בהם כל יום הגיעו מהמיתולוגיה היוונית. בדף הזה נתרגל להכיר אותם ולהבין מאיפה הם באו.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סוס טרויאני  ·  כאוס  ·  מנטור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מהיכן מגיעה המילה 'נרקיסיזם'?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מהנימפה אקו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מנרקיס שהתאהב בבבואתו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מהאל פאן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'עקב אכילס'?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הצלחה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נקודת התורפה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המשמעות של 'עבודת סיזיפוס'?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עבודה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עבודה קשה שלא 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עבודה מהנה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'מוזיקה' קשורה למוזות, אלות ההשראה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'אודיסיאה' פירושה ניצחון מהיר וקל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'סוס טרויאני' הוא רק מונח במחשבים ואין לו קשר למיתולוגיה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הביטוי __________ מתאר דבר תמים למראה שמסתיר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הוא מדריך ויועץ מנוסה, על שם חברו הנאמן של אודיסאוס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המילה __________ מתארת בלגן גדול ואי סדר מוחלט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ביטוי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עקב אכילס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עבודה קשה ללא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תיבת פנדורה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ציפיות גבוהות משפרות הישגים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עבודת סיזיפוס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נקודת התורפה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אפקט פיגמליון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שרשרת בעיות שקשה לעצור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ביטוי אחד מהדף והסבירו במילים שלכם מאיזה סיפור הוא בא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מצאו ביטוי מהמיתולוגיה בכתבה, בפרסומת או בשם מוצר. העתיקו אותו והסבירו מאיזה סיפור הוא בא ולמה השתמשו בו דווקא 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המשמעות של 'עקב אכילס'?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מניין מגיעה המילה 'מוזיקה'?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מהמיתולוגיה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