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מהמיתולוגיה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ביטויים עבריים שמקורם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הסיפור המקורי למשמעות הביטוי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בביטויים אלה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מנרקיס שהתאהב בבבואתו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נקודת התורפה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 שפתחה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עבודה קשה שלא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מהאל פאן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הצלחה בכל דבר שנוגעים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המוזות הן תשע אלות האמנות וההשראה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אודיסיאה היא מסע ארוך ומלא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מקורו בסוס העץ מהמיתולוגיה היוונית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הסיפור על טנטלוס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ציפיות גבוהות הן שמשפרות הישגים, לא נמוכות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סוס טרויאני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לעוף קרוב מדי לשמש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ביטוי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(נקודת התורפה)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(שרשרת בעיות שקשה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(עבודה קשה ללא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(ציפיות גבוהות משפרות הישגים)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(הצלחה בכל דבר שנוגעים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עקב אכילס - מהגיבור אכילס שרק העקב שלו היה פגיע, ולכן זו נקודת החולשה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שימוש נכון בביטוי במשמעות של עבודה קשה שלא נגמרת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יציג/תציג ביטוי אמיתי, יסביר את המקור המיתולוגי ואת הקשר להקשר שבו נמצא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שבו משהו רצוי נראה קרוב אך אי אפשר להשיגו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 התורפה או החולשה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מהמוזות, אלות ההשראה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מתוך רשימת הביטויים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אילו ביטויים התלמידים כבר מכירים משימוש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לחפש דוגמאות אמיתיות מהתקשורת למטלת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והדיון הפתוח כדי לעודד שיח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מהמיתולוגיה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הרבה מילים וביטויים שאנחנו משתמשים בהם כל יום הגיעו מהמיתולוגיה היוונית. בדף הזה נתרגל להכיר אותם ולהבין מאיפה הם באו.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מהיכן מגיעה המילה 'נרקיסיזם'?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מהנימפה 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מנרקיס שהתאהב בבבואתו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מהאל פאן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מהמלך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'עקב אכילס'?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 התורפה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בהלה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מקור הביטוי 'תיבת פנדורה'?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 שפתחה פנדורה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סלע שגלגל סיזיפוס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כנפיים של איקרוס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סוס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'עבודת סיזיפוס'?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קשה שלא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מהנה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מניין הגיעה המילה 'פאניקה'?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מהאל פאן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מהטיטאן אטלס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מהמלך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מאודיסאוס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'מגע הזהב'?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כישלון מתמיד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הצלחה בכל דבר שנוגעים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סבל נורא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'מוזיקה' קשורה למוזות, אלות ההשראה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'אודיסיאה' פירושה ניצחון מהיר וקל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'סוס טרויאני' הוא רק מונח במחשבים ואין לו קשר למיתולוגיה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'ייסורי טנטלוס' מתארים סבל של מי שרואה דבר רצוי ולא יכול להשיגו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'אטלס' הוא שם של ספר מפות, על שם הטיטאן שנשא את השמים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אפקט פיגמליון הוא תופעה שבה ציפיות נמוכות משפרות הישגים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הביטוי __________ מתאר דבר תמים למראה שמסתיר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מדריך ויועץ מנוסה, על שם חברו הנאמן של אודיסאוס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בלגן גדול ואי סדר מוחלט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הביטוי __________ מתאר הגזמה באומץ שמסתיימת בכישלון, על שם איקרוס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קול שחוזר, על שם הנימפה שנשאר ממנה רק 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ביטוי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עקב אכילס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עבודה קשה ללא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תיבת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ציפיות גבוהות משפרות הישגים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עבודת סיזיפוס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הצלחה בכל דבר שנוגעים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אפקט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נקודת התורפה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מגע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שרשרת בעיות שקשה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ביטוי אחד מהדף והסבירו במילים שלכם מאיזה סיפור הוא בא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שמשתמש בביטוי 'עבודת סיזיפוס'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ביטוי מהמיתולוגיה בכתבה, בפרסומת או בשם מוצר. העתיקו אותו והסבירו מאיזה סיפור הוא בא ולמה השתמשו בו דווקא 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מצב מהחיים שלכם שמתאים לביטוי 'ייסורי טנטלוס'. תארו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'עקב אכילס'?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מניין מגיעה המילה 'מוזיקה'?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לביטוי מיתולוגי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מהמיתולוגיה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